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Website Security Basics Checklist</w:t>
      </w:r>
    </w:p>
    <w:p>
      <w:r>
        <w:t>Use this checklist to quickly assess and improve the security of your website. It's designed for decision-makers, not developers.</w:t>
      </w:r>
    </w:p>
    <w:p>
      <w:pPr>
        <w:pStyle w:val="ListBullet"/>
      </w:pPr>
      <w:r>
        <w:t>☐ Site uses HTTPS (SSL/TLS certificate is valid and active)</w:t>
      </w:r>
    </w:p>
    <w:p>
      <w:pPr>
        <w:pStyle w:val="ListBullet"/>
      </w:pPr>
      <w:r>
        <w:t>☐ CMS (e.g., WordPress, Joomla, Drupal) is up to date</w:t>
      </w:r>
    </w:p>
    <w:p>
      <w:pPr>
        <w:pStyle w:val="ListBullet"/>
      </w:pPr>
      <w:r>
        <w:t>☐ All plugins, themes, and extensions are current</w:t>
      </w:r>
    </w:p>
    <w:p>
      <w:pPr>
        <w:pStyle w:val="ListBullet"/>
      </w:pPr>
      <w:r>
        <w:t>☐ Unused plugins/themes are removed</w:t>
      </w:r>
    </w:p>
    <w:p>
      <w:pPr>
        <w:pStyle w:val="ListBullet"/>
      </w:pPr>
      <w:r>
        <w:t>☐ Admin credentials use strong, unique passwords</w:t>
      </w:r>
    </w:p>
    <w:p>
      <w:pPr>
        <w:pStyle w:val="ListBullet"/>
      </w:pPr>
      <w:r>
        <w:t>☐ MFA (multi-factor authentication) is enabled for admin logins</w:t>
      </w:r>
    </w:p>
    <w:p>
      <w:pPr>
        <w:pStyle w:val="ListBullet"/>
      </w:pPr>
      <w:r>
        <w:t>☐ Admin login page is hidden, renamed, or IP-restricted</w:t>
      </w:r>
    </w:p>
    <w:p>
      <w:pPr>
        <w:pStyle w:val="ListBullet"/>
      </w:pPr>
      <w:r>
        <w:t>☐ Regular site backups are enabled and stored offsite</w:t>
      </w:r>
    </w:p>
    <w:p>
      <w:pPr>
        <w:pStyle w:val="ListBullet"/>
      </w:pPr>
      <w:r>
        <w:t>☐ Plugin count is kept to a minimum (only essentials)</w:t>
      </w:r>
    </w:p>
    <w:p>
      <w:pPr>
        <w:pStyle w:val="ListBullet"/>
      </w:pPr>
      <w:r>
        <w:t>☐ Security plugin or firewall is installed and active</w:t>
      </w:r>
    </w:p>
    <w:p>
      <w:pPr>
        <w:pStyle w:val="ListBullet"/>
      </w:pPr>
      <w:r>
        <w:t>☐ Form submissions are protected against spam and abuse (e.g., CAPTCHA or honeypot)</w:t>
      </w:r>
    </w:p>
    <w:p>
      <w:pPr>
        <w:pStyle w:val="ListBullet"/>
      </w:pPr>
      <w:r>
        <w:t>☐ User roles are reviewed and limited to only what's necessary</w:t>
      </w:r>
    </w:p>
    <w:p>
      <w:pPr>
        <w:pStyle w:val="ListBullet"/>
      </w:pPr>
      <w:r>
        <w:t>☐ Public file and directory listings are disabled</w:t>
      </w:r>
    </w:p>
    <w:p>
      <w:pPr>
        <w:pStyle w:val="ListBullet"/>
      </w:pPr>
      <w:r>
        <w:t>☐ Hosting provider includes basic security monitoring or alerts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